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7052A" w14:textId="77777777" w:rsidR="00626A47" w:rsidRPr="00A72477" w:rsidRDefault="00000000" w:rsidP="00E61774">
      <w:pPr>
        <w:pStyle w:val="1"/>
        <w:jc w:val="center"/>
        <w:rPr>
          <w:sz w:val="32"/>
          <w:szCs w:val="32"/>
        </w:rPr>
      </w:pPr>
      <w:r w:rsidRPr="00A72477">
        <w:rPr>
          <w:sz w:val="32"/>
          <w:szCs w:val="32"/>
        </w:rPr>
        <w:t>Online EMI Faculty Development Program Registration Form</w:t>
      </w:r>
    </w:p>
    <w:p w14:paraId="48878E16" w14:textId="744CC5B5" w:rsidR="00D26BCC" w:rsidRPr="00D40705" w:rsidRDefault="00000000">
      <w:pPr>
        <w:rPr>
          <w:rFonts w:eastAsia="新細明體"/>
          <w:b/>
          <w:bCs/>
          <w:lang w:eastAsia="zh-TW"/>
        </w:rPr>
      </w:pPr>
      <w:r>
        <w:br/>
      </w:r>
      <w:r w:rsidRPr="00D40705">
        <w:rPr>
          <w:b/>
          <w:bCs/>
        </w:rPr>
        <w:t>Personal Information</w:t>
      </w:r>
    </w:p>
    <w:tbl>
      <w:tblPr>
        <w:tblStyle w:val="aff2"/>
        <w:tblW w:w="0" w:type="auto"/>
        <w:tblInd w:w="80" w:type="dxa"/>
        <w:tblLook w:val="04A0" w:firstRow="1" w:lastRow="0" w:firstColumn="1" w:lastColumn="0" w:noHBand="0" w:noVBand="1"/>
      </w:tblPr>
      <w:tblGrid>
        <w:gridCol w:w="2722"/>
        <w:gridCol w:w="1984"/>
        <w:gridCol w:w="1985"/>
        <w:gridCol w:w="2005"/>
      </w:tblGrid>
      <w:tr w:rsidR="00D26BCC" w:rsidRPr="00A72477" w14:paraId="29B68B73" w14:textId="77777777" w:rsidTr="00C61EFE">
        <w:trPr>
          <w:trHeight w:val="572"/>
        </w:trPr>
        <w:tc>
          <w:tcPr>
            <w:tcW w:w="2722" w:type="dxa"/>
            <w:vAlign w:val="center"/>
          </w:tcPr>
          <w:p w14:paraId="168B357E" w14:textId="7E77F498" w:rsidR="00D26BCC" w:rsidRPr="00A72477" w:rsidRDefault="00D26BCC" w:rsidP="005F2A02">
            <w:pPr>
              <w:jc w:val="both"/>
              <w:rPr>
                <w:rFonts w:eastAsia="新細明體"/>
                <w:sz w:val="24"/>
                <w:szCs w:val="24"/>
                <w:lang w:eastAsia="zh-TW"/>
              </w:rPr>
            </w:pPr>
            <w:r w:rsidRPr="00A72477">
              <w:rPr>
                <w:sz w:val="24"/>
                <w:szCs w:val="24"/>
              </w:rPr>
              <w:t>Department / Unit</w:t>
            </w:r>
          </w:p>
        </w:tc>
        <w:tc>
          <w:tcPr>
            <w:tcW w:w="5974" w:type="dxa"/>
            <w:gridSpan w:val="3"/>
          </w:tcPr>
          <w:p w14:paraId="758FD3A0" w14:textId="77777777" w:rsidR="00D26BCC" w:rsidRPr="00A72477" w:rsidRDefault="00D26BCC" w:rsidP="00D26BCC">
            <w:pPr>
              <w:rPr>
                <w:sz w:val="24"/>
                <w:szCs w:val="24"/>
              </w:rPr>
            </w:pPr>
          </w:p>
        </w:tc>
      </w:tr>
      <w:tr w:rsidR="00D26BCC" w:rsidRPr="00A72477" w14:paraId="683EF0EC" w14:textId="77777777" w:rsidTr="00C61EFE">
        <w:trPr>
          <w:trHeight w:val="572"/>
        </w:trPr>
        <w:tc>
          <w:tcPr>
            <w:tcW w:w="2722" w:type="dxa"/>
            <w:vAlign w:val="center"/>
          </w:tcPr>
          <w:p w14:paraId="5B108B06" w14:textId="4049A93D" w:rsidR="00D26BCC" w:rsidRPr="00A72477" w:rsidRDefault="00D26BCC" w:rsidP="005F2A02">
            <w:pPr>
              <w:jc w:val="both"/>
              <w:rPr>
                <w:rFonts w:eastAsia="新細明體"/>
                <w:sz w:val="24"/>
                <w:szCs w:val="24"/>
                <w:lang w:eastAsia="zh-TW"/>
              </w:rPr>
            </w:pPr>
            <w:r w:rsidRPr="00A72477">
              <w:rPr>
                <w:rFonts w:hint="eastAsia"/>
                <w:sz w:val="24"/>
                <w:szCs w:val="24"/>
              </w:rPr>
              <w:t>Position</w:t>
            </w:r>
          </w:p>
        </w:tc>
        <w:tc>
          <w:tcPr>
            <w:tcW w:w="5974" w:type="dxa"/>
            <w:gridSpan w:val="3"/>
          </w:tcPr>
          <w:p w14:paraId="43EA3EFB" w14:textId="77777777" w:rsidR="00D26BCC" w:rsidRPr="00A72477" w:rsidRDefault="00D26BCC" w:rsidP="00D26BCC">
            <w:pPr>
              <w:rPr>
                <w:rFonts w:eastAsia="新細明體"/>
                <w:lang w:eastAsia="zh-TW"/>
              </w:rPr>
            </w:pPr>
            <w:r w:rsidRPr="00A72477">
              <w:rPr>
                <w:rFonts w:hint="eastAsia"/>
              </w:rPr>
              <w:t>□</w:t>
            </w:r>
            <w:r w:rsidRPr="00A72477">
              <w:rPr>
                <w:rFonts w:hint="eastAsia"/>
              </w:rPr>
              <w:t xml:space="preserve"> Full-time Faculty </w:t>
            </w:r>
          </w:p>
          <w:p w14:paraId="24B253A0" w14:textId="475285F7" w:rsidR="00D26BCC" w:rsidRPr="00A72477" w:rsidRDefault="00D26BCC" w:rsidP="00D26BCC">
            <w:pPr>
              <w:rPr>
                <w:sz w:val="24"/>
                <w:szCs w:val="24"/>
              </w:rPr>
            </w:pPr>
            <w:r w:rsidRPr="00A72477">
              <w:rPr>
                <w:rFonts w:hint="eastAsia"/>
              </w:rPr>
              <w:t>□</w:t>
            </w:r>
            <w:r w:rsidRPr="00A72477">
              <w:rPr>
                <w:rFonts w:hint="eastAsia"/>
              </w:rPr>
              <w:t xml:space="preserve"> Part-time Faculty</w:t>
            </w:r>
          </w:p>
        </w:tc>
      </w:tr>
      <w:tr w:rsidR="00C61EFE" w:rsidRPr="00A72477" w14:paraId="4F58A5AB" w14:textId="77777777" w:rsidTr="00C61EFE">
        <w:trPr>
          <w:trHeight w:val="572"/>
        </w:trPr>
        <w:tc>
          <w:tcPr>
            <w:tcW w:w="2722" w:type="dxa"/>
            <w:vAlign w:val="center"/>
          </w:tcPr>
          <w:p w14:paraId="1CE7D7E8" w14:textId="75E3DDC5" w:rsidR="00C61EFE" w:rsidRPr="00C61EFE" w:rsidRDefault="00C61EFE" w:rsidP="005F2A02">
            <w:pPr>
              <w:jc w:val="both"/>
              <w:rPr>
                <w:rFonts w:eastAsia="新細明體"/>
                <w:sz w:val="24"/>
                <w:szCs w:val="24"/>
                <w:lang w:eastAsia="zh-TW"/>
              </w:rPr>
            </w:pPr>
            <w:r>
              <w:rPr>
                <w:rFonts w:eastAsia="新細明體" w:hint="eastAsia"/>
                <w:sz w:val="24"/>
                <w:szCs w:val="24"/>
                <w:lang w:eastAsia="zh-TW"/>
              </w:rPr>
              <w:t>First Name</w:t>
            </w:r>
          </w:p>
        </w:tc>
        <w:tc>
          <w:tcPr>
            <w:tcW w:w="1984" w:type="dxa"/>
          </w:tcPr>
          <w:p w14:paraId="1B8951C9" w14:textId="77777777" w:rsidR="00C61EFE" w:rsidRPr="00A72477" w:rsidRDefault="00C61EFE" w:rsidP="00D26BC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45F09D0" w14:textId="3967B96F" w:rsidR="00C61EFE" w:rsidRPr="00A72477" w:rsidRDefault="00C61EFE" w:rsidP="00C61EFE">
            <w:pPr>
              <w:jc w:val="both"/>
              <w:rPr>
                <w:sz w:val="24"/>
                <w:szCs w:val="24"/>
              </w:rPr>
            </w:pPr>
            <w:r>
              <w:rPr>
                <w:rFonts w:eastAsia="新細明體" w:hint="eastAsia"/>
                <w:sz w:val="24"/>
                <w:szCs w:val="24"/>
                <w:lang w:eastAsia="zh-TW"/>
              </w:rPr>
              <w:t>Last Name</w:t>
            </w:r>
          </w:p>
        </w:tc>
        <w:tc>
          <w:tcPr>
            <w:tcW w:w="2005" w:type="dxa"/>
          </w:tcPr>
          <w:p w14:paraId="0552AA37" w14:textId="6B3BE8CE" w:rsidR="00C61EFE" w:rsidRPr="00A72477" w:rsidRDefault="00C61EFE" w:rsidP="00D26BCC">
            <w:pPr>
              <w:rPr>
                <w:sz w:val="24"/>
                <w:szCs w:val="24"/>
              </w:rPr>
            </w:pPr>
          </w:p>
        </w:tc>
      </w:tr>
      <w:tr w:rsidR="00D26BCC" w:rsidRPr="00A72477" w14:paraId="35B17F94" w14:textId="77777777" w:rsidTr="00C61EFE">
        <w:trPr>
          <w:trHeight w:val="572"/>
        </w:trPr>
        <w:tc>
          <w:tcPr>
            <w:tcW w:w="2722" w:type="dxa"/>
            <w:vAlign w:val="center"/>
          </w:tcPr>
          <w:p w14:paraId="16D878F9" w14:textId="05F41D8E" w:rsidR="00D26BCC" w:rsidRPr="00A72477" w:rsidRDefault="00D26BCC" w:rsidP="005F2A02">
            <w:pPr>
              <w:jc w:val="both"/>
              <w:rPr>
                <w:sz w:val="24"/>
                <w:szCs w:val="24"/>
              </w:rPr>
            </w:pPr>
            <w:r w:rsidRPr="00A72477">
              <w:rPr>
                <w:sz w:val="24"/>
                <w:szCs w:val="24"/>
              </w:rPr>
              <w:t>Date of Birth</w:t>
            </w:r>
          </w:p>
        </w:tc>
        <w:tc>
          <w:tcPr>
            <w:tcW w:w="5974" w:type="dxa"/>
            <w:gridSpan w:val="3"/>
            <w:vAlign w:val="center"/>
          </w:tcPr>
          <w:p w14:paraId="09A5B8DC" w14:textId="257CFFEE" w:rsidR="00D26BCC" w:rsidRPr="00A72477" w:rsidRDefault="00AB008A" w:rsidP="005F2A02">
            <w:pPr>
              <w:jc w:val="both"/>
              <w:rPr>
                <w:rFonts w:eastAsia="新細明體"/>
                <w:sz w:val="24"/>
                <w:szCs w:val="24"/>
                <w:lang w:eastAsia="zh-TW"/>
              </w:rPr>
            </w:pPr>
            <w:r w:rsidRPr="00A72477">
              <w:t>(YYYY/MM/DD)</w:t>
            </w:r>
          </w:p>
        </w:tc>
      </w:tr>
      <w:tr w:rsidR="00D26BCC" w:rsidRPr="00A72477" w14:paraId="7E2A8266" w14:textId="77777777" w:rsidTr="00C61EFE">
        <w:trPr>
          <w:trHeight w:val="572"/>
        </w:trPr>
        <w:tc>
          <w:tcPr>
            <w:tcW w:w="2722" w:type="dxa"/>
            <w:vAlign w:val="center"/>
          </w:tcPr>
          <w:p w14:paraId="75781852" w14:textId="13F251F3" w:rsidR="00D26BCC" w:rsidRPr="00A72477" w:rsidRDefault="00D26BCC" w:rsidP="005F2A02">
            <w:pPr>
              <w:jc w:val="both"/>
              <w:rPr>
                <w:rFonts w:eastAsia="新細明體"/>
                <w:sz w:val="24"/>
                <w:szCs w:val="24"/>
                <w:lang w:eastAsia="zh-TW"/>
              </w:rPr>
            </w:pPr>
            <w:r w:rsidRPr="00A72477">
              <w:rPr>
                <w:sz w:val="24"/>
                <w:szCs w:val="24"/>
              </w:rPr>
              <w:t>LINE ID</w:t>
            </w:r>
          </w:p>
        </w:tc>
        <w:tc>
          <w:tcPr>
            <w:tcW w:w="5974" w:type="dxa"/>
            <w:gridSpan w:val="3"/>
          </w:tcPr>
          <w:p w14:paraId="1B49ED8A" w14:textId="77777777" w:rsidR="00D26BCC" w:rsidRPr="00A72477" w:rsidRDefault="00D26BCC" w:rsidP="00D26BCC">
            <w:pPr>
              <w:rPr>
                <w:sz w:val="24"/>
                <w:szCs w:val="24"/>
              </w:rPr>
            </w:pPr>
          </w:p>
        </w:tc>
      </w:tr>
      <w:tr w:rsidR="00D26BCC" w:rsidRPr="00A72477" w14:paraId="3265D57A" w14:textId="77777777" w:rsidTr="00C61EFE">
        <w:trPr>
          <w:trHeight w:val="572"/>
        </w:trPr>
        <w:tc>
          <w:tcPr>
            <w:tcW w:w="2722" w:type="dxa"/>
            <w:vAlign w:val="center"/>
          </w:tcPr>
          <w:p w14:paraId="3FD976E5" w14:textId="0BAA00EE" w:rsidR="00D26BCC" w:rsidRPr="00A72477" w:rsidRDefault="00D26BCC" w:rsidP="005F2A02">
            <w:pPr>
              <w:jc w:val="both"/>
              <w:rPr>
                <w:rFonts w:eastAsia="新細明體"/>
                <w:sz w:val="24"/>
                <w:szCs w:val="24"/>
                <w:lang w:eastAsia="zh-TW"/>
              </w:rPr>
            </w:pPr>
            <w:r w:rsidRPr="00A72477">
              <w:rPr>
                <w:sz w:val="24"/>
                <w:szCs w:val="24"/>
              </w:rPr>
              <w:t>Mobile Phone Number</w:t>
            </w:r>
          </w:p>
        </w:tc>
        <w:tc>
          <w:tcPr>
            <w:tcW w:w="5974" w:type="dxa"/>
            <w:gridSpan w:val="3"/>
          </w:tcPr>
          <w:p w14:paraId="14B30224" w14:textId="77777777" w:rsidR="00D26BCC" w:rsidRPr="00A72477" w:rsidRDefault="00D26BCC" w:rsidP="00D26BCC">
            <w:pPr>
              <w:rPr>
                <w:sz w:val="24"/>
                <w:szCs w:val="24"/>
              </w:rPr>
            </w:pPr>
          </w:p>
        </w:tc>
      </w:tr>
      <w:tr w:rsidR="00D26BCC" w:rsidRPr="00A72477" w14:paraId="12538049" w14:textId="77777777" w:rsidTr="00C61EFE">
        <w:trPr>
          <w:trHeight w:val="572"/>
        </w:trPr>
        <w:tc>
          <w:tcPr>
            <w:tcW w:w="2722" w:type="dxa"/>
            <w:vAlign w:val="center"/>
          </w:tcPr>
          <w:p w14:paraId="07BB7E38" w14:textId="234012D6" w:rsidR="00D26BCC" w:rsidRPr="00A72477" w:rsidRDefault="00D26BCC" w:rsidP="005F2A02">
            <w:pPr>
              <w:jc w:val="both"/>
              <w:rPr>
                <w:rFonts w:eastAsia="新細明體"/>
                <w:sz w:val="24"/>
                <w:szCs w:val="24"/>
                <w:lang w:eastAsia="zh-TW"/>
              </w:rPr>
            </w:pPr>
            <w:r w:rsidRPr="00A72477">
              <w:rPr>
                <w:sz w:val="24"/>
                <w:szCs w:val="24"/>
              </w:rPr>
              <w:t>Email Address</w:t>
            </w:r>
          </w:p>
        </w:tc>
        <w:tc>
          <w:tcPr>
            <w:tcW w:w="5974" w:type="dxa"/>
            <w:gridSpan w:val="3"/>
          </w:tcPr>
          <w:p w14:paraId="3EE5D61A" w14:textId="77777777" w:rsidR="00D26BCC" w:rsidRPr="00A72477" w:rsidRDefault="00D26BCC" w:rsidP="00D26BCC">
            <w:pPr>
              <w:rPr>
                <w:sz w:val="24"/>
                <w:szCs w:val="24"/>
              </w:rPr>
            </w:pPr>
          </w:p>
        </w:tc>
      </w:tr>
      <w:tr w:rsidR="00D26BCC" w:rsidRPr="00A72477" w14:paraId="1EC73E24" w14:textId="77777777" w:rsidTr="00C61EFE">
        <w:trPr>
          <w:trHeight w:val="572"/>
        </w:trPr>
        <w:tc>
          <w:tcPr>
            <w:tcW w:w="2722" w:type="dxa"/>
            <w:vAlign w:val="center"/>
          </w:tcPr>
          <w:p w14:paraId="286D2605" w14:textId="63940578" w:rsidR="00D26BCC" w:rsidRPr="00A72477" w:rsidRDefault="008C3BFA" w:rsidP="005F2A02">
            <w:pPr>
              <w:jc w:val="both"/>
              <w:rPr>
                <w:rFonts w:eastAsia="新細明體"/>
                <w:sz w:val="24"/>
                <w:szCs w:val="24"/>
                <w:lang w:eastAsia="zh-TW"/>
              </w:rPr>
            </w:pPr>
            <w:r w:rsidRPr="00A72477">
              <w:rPr>
                <w:rFonts w:eastAsia="新細明體" w:hint="eastAsia"/>
                <w:sz w:val="24"/>
                <w:szCs w:val="24"/>
                <w:lang w:eastAsia="zh-TW"/>
              </w:rPr>
              <w:t>P</w:t>
            </w:r>
            <w:r w:rsidRPr="00A72477">
              <w:rPr>
                <w:sz w:val="24"/>
                <w:szCs w:val="24"/>
              </w:rPr>
              <w:t>ermanent</w:t>
            </w:r>
            <w:r w:rsidR="00D26BCC" w:rsidRPr="00A72477">
              <w:rPr>
                <w:sz w:val="24"/>
                <w:szCs w:val="24"/>
              </w:rPr>
              <w:t xml:space="preserve"> Address</w:t>
            </w:r>
          </w:p>
        </w:tc>
        <w:tc>
          <w:tcPr>
            <w:tcW w:w="5974" w:type="dxa"/>
            <w:gridSpan w:val="3"/>
          </w:tcPr>
          <w:p w14:paraId="7E585BD0" w14:textId="77777777" w:rsidR="00D26BCC" w:rsidRPr="00A72477" w:rsidRDefault="00D26BCC" w:rsidP="00D26BCC">
            <w:pPr>
              <w:rPr>
                <w:sz w:val="24"/>
                <w:szCs w:val="24"/>
              </w:rPr>
            </w:pPr>
          </w:p>
        </w:tc>
      </w:tr>
    </w:tbl>
    <w:p w14:paraId="07E69F2F" w14:textId="77777777" w:rsidR="00D40705" w:rsidRDefault="00D40705" w:rsidP="00D40705">
      <w:pPr>
        <w:rPr>
          <w:rFonts w:eastAsia="新細明體"/>
          <w:lang w:eastAsia="zh-TW"/>
        </w:rPr>
      </w:pPr>
    </w:p>
    <w:p w14:paraId="2DD26844" w14:textId="336A164F" w:rsidR="00D40705" w:rsidRPr="00D40705" w:rsidRDefault="00D40705" w:rsidP="00D40705">
      <w:pPr>
        <w:rPr>
          <w:rFonts w:eastAsia="新細明體" w:hint="eastAsia"/>
          <w:b/>
          <w:bCs/>
          <w:lang w:eastAsia="zh-TW"/>
        </w:rPr>
      </w:pPr>
      <w:r w:rsidRPr="00D40705">
        <w:rPr>
          <w:b/>
          <w:bCs/>
        </w:rPr>
        <w:t>Faculty Declaration</w:t>
      </w:r>
    </w:p>
    <w:p w14:paraId="45208561" w14:textId="70D73947" w:rsidR="00D40705" w:rsidRPr="00D40705" w:rsidRDefault="00D40705" w:rsidP="00D40705">
      <w:pPr>
        <w:rPr>
          <w:rFonts w:eastAsia="新細明體" w:hint="eastAsia"/>
          <w:lang w:eastAsia="zh-TW"/>
        </w:rPr>
      </w:pPr>
      <w:r>
        <w:t>Faculty Name: ____________________ (Signature)</w:t>
      </w:r>
    </w:p>
    <w:p w14:paraId="566DDB1B" w14:textId="77777777" w:rsidR="00E257DB" w:rsidRDefault="00D40705" w:rsidP="00D40705">
      <w:pPr>
        <w:rPr>
          <w:rFonts w:eastAsia="新細明體"/>
          <w:lang w:eastAsia="zh-TW"/>
        </w:rPr>
      </w:pPr>
      <w:r>
        <w:rPr>
          <w:rFonts w:ascii="Segoe UI Symbol" w:hAnsi="Segoe UI Symbol" w:cs="Segoe UI Symbol"/>
        </w:rPr>
        <w:t>☑</w:t>
      </w:r>
      <w:r>
        <w:t xml:space="preserve"> I am willing to participate in this program and agree to fulfill the following requirements upon completion of the online training camp.</w:t>
      </w:r>
    </w:p>
    <w:p w14:paraId="76E3AEE3" w14:textId="333013A1" w:rsidR="00D40705" w:rsidRDefault="00D40705" w:rsidP="00D40705">
      <w:pPr>
        <w:rPr>
          <w:rFonts w:eastAsia="新細明體"/>
          <w:lang w:eastAsia="zh-TW"/>
        </w:rPr>
      </w:pPr>
      <w:r>
        <w:t>(Please provide a handwritten electronic signature using a digital signing tool and email the signed file to shuyiyang@gapps.knu.edu.tw, or submit a signed hard copy to the Bilingual Education Center, Room N208.)</w:t>
      </w:r>
    </w:p>
    <w:p w14:paraId="0AEB0896" w14:textId="2C2A8958" w:rsidR="00A72477" w:rsidRPr="00D40705" w:rsidRDefault="00D40705" w:rsidP="00D40705">
      <w:pPr>
        <w:rPr>
          <w:rFonts w:eastAsia="新細明體"/>
          <w:lang w:eastAsia="zh-TW"/>
        </w:rPr>
      </w:pPr>
      <w:r>
        <w:t xml:space="preserve"> </w:t>
      </w:r>
      <w:r w:rsidR="00000000">
        <w:t>1. Continue collaborating with SDSU professors on professional course development.</w:t>
      </w:r>
      <w:r w:rsidR="00000000">
        <w:br/>
        <w:t>2. Serve as an EMI Mentor Faculty Member.</w:t>
      </w:r>
      <w:r w:rsidR="00000000">
        <w:br/>
        <w:t>3. Serve as an EMI Workshop Instructor.</w:t>
      </w:r>
      <w:r w:rsidR="00000000">
        <w:br/>
        <w:t>4. Serve as a Discussant for Open Classroom Observation Sessions.</w:t>
      </w:r>
      <w:r w:rsidR="00000000">
        <w:br/>
        <w:t>5. Participate in the Program Presentation.</w:t>
      </w:r>
      <w:r w:rsidR="00000000">
        <w:br/>
        <w:t>6. Join a Cross-University EMI Professional Faculty Community organized by the Center within one year.</w:t>
      </w:r>
      <w:r w:rsidR="00000000">
        <w:br/>
        <w:t>7. Offer at least one E</w:t>
      </w:r>
      <w:r w:rsidR="005F2A02">
        <w:rPr>
          <w:rFonts w:eastAsia="新細明體" w:hint="eastAsia"/>
          <w:lang w:eastAsia="zh-TW"/>
        </w:rPr>
        <w:t>MI</w:t>
      </w:r>
      <w:r w:rsidR="00000000">
        <w:t xml:space="preserve"> course during the second semester of Academic Year 2026–2027.</w:t>
      </w:r>
      <w:r w:rsidR="00000000">
        <w:br/>
        <w:t>8. Support at least one sophomore General English course.</w:t>
      </w:r>
      <w:r w:rsidR="00000000">
        <w:br/>
      </w:r>
    </w:p>
    <w:p w14:paraId="4057AE69" w14:textId="2800B5EA" w:rsidR="00A72477" w:rsidRPr="004D5CA4" w:rsidRDefault="00AC3D7D" w:rsidP="00AC3D7D">
      <w:pPr>
        <w:jc w:val="both"/>
        <w:rPr>
          <w:rFonts w:ascii="標楷體" w:eastAsia="標楷體" w:hAnsi="標楷體" w:hint="eastAsia"/>
          <w:b/>
          <w:bCs/>
          <w:sz w:val="24"/>
          <w:szCs w:val="24"/>
          <w:lang w:eastAsia="zh-TW"/>
        </w:rPr>
      </w:pPr>
      <w:r w:rsidRPr="004D5CA4">
        <w:rPr>
          <w:rFonts w:ascii="標楷體" w:eastAsia="標楷體" w:hAnsi="標楷體" w:hint="eastAsia"/>
          <w:b/>
          <w:bCs/>
          <w:sz w:val="24"/>
          <w:szCs w:val="24"/>
          <w:lang w:eastAsia="zh-TW"/>
        </w:rPr>
        <w:lastRenderedPageBreak/>
        <w:t>個人資料中英對照表(此表格不需填寫)</w:t>
      </w:r>
    </w:p>
    <w:tbl>
      <w:tblPr>
        <w:tblStyle w:val="TableNormal"/>
        <w:tblpPr w:leftFromText="180" w:rightFromText="180" w:horzAnchor="margin" w:tblpXSpec="center" w:tblpY="788"/>
        <w:tblW w:w="86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9"/>
        <w:gridCol w:w="2914"/>
        <w:gridCol w:w="2915"/>
        <w:gridCol w:w="1384"/>
      </w:tblGrid>
      <w:tr w:rsidR="009E2F13" w:rsidRPr="009E2F13" w14:paraId="3A11DC58" w14:textId="77777777" w:rsidTr="004D5CA4">
        <w:trPr>
          <w:trHeight w:val="620"/>
        </w:trPr>
        <w:tc>
          <w:tcPr>
            <w:tcW w:w="1439" w:type="dxa"/>
            <w:vAlign w:val="center"/>
          </w:tcPr>
          <w:p w14:paraId="22FE3A9C" w14:textId="77777777" w:rsidR="009E2F13" w:rsidRPr="009E2F13" w:rsidRDefault="009E2F13" w:rsidP="009E2F13">
            <w:pPr>
              <w:pStyle w:val="TableParagraph"/>
              <w:ind w:left="10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E2F13">
              <w:rPr>
                <w:rFonts w:ascii="標楷體" w:eastAsia="標楷體" w:hAnsi="標楷體" w:hint="eastAsia"/>
                <w:sz w:val="24"/>
                <w:szCs w:val="24"/>
              </w:rPr>
              <w:t>所屬單位</w:t>
            </w:r>
          </w:p>
          <w:p w14:paraId="0E1B45C6" w14:textId="77777777" w:rsidR="009E2F13" w:rsidRPr="009E2F13" w:rsidRDefault="009E2F13" w:rsidP="009E2F13">
            <w:pPr>
              <w:pStyle w:val="TableParagraph"/>
              <w:ind w:left="10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E2F13">
              <w:rPr>
                <w:rFonts w:ascii="標楷體" w:eastAsia="標楷體" w:hAnsi="標楷體" w:hint="eastAsia"/>
                <w:sz w:val="24"/>
                <w:szCs w:val="24"/>
              </w:rPr>
              <w:t xml:space="preserve">  (系所)</w:t>
            </w:r>
          </w:p>
        </w:tc>
        <w:tc>
          <w:tcPr>
            <w:tcW w:w="7213" w:type="dxa"/>
            <w:gridSpan w:val="3"/>
          </w:tcPr>
          <w:p w14:paraId="475071E7" w14:textId="77777777" w:rsidR="009E2F13" w:rsidRPr="009E2F13" w:rsidRDefault="009E2F13" w:rsidP="009E2F13">
            <w:pPr>
              <w:pStyle w:val="TableParagraph"/>
              <w:ind w:left="102"/>
              <w:rPr>
                <w:sz w:val="24"/>
                <w:szCs w:val="24"/>
              </w:rPr>
            </w:pPr>
            <w:r w:rsidRPr="009E2F13"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</w:p>
          <w:p w14:paraId="742E94DD" w14:textId="77777777" w:rsidR="009E2F13" w:rsidRPr="009E2F13" w:rsidRDefault="009E2F13" w:rsidP="009E2F13">
            <w:pPr>
              <w:tabs>
                <w:tab w:val="left" w:pos="2090"/>
              </w:tabs>
              <w:rPr>
                <w:sz w:val="24"/>
                <w:szCs w:val="24"/>
              </w:rPr>
            </w:pPr>
          </w:p>
        </w:tc>
      </w:tr>
      <w:tr w:rsidR="009E2F13" w:rsidRPr="009E2F13" w14:paraId="64F5D5B1" w14:textId="77777777" w:rsidTr="004D5CA4">
        <w:trPr>
          <w:trHeight w:val="620"/>
        </w:trPr>
        <w:tc>
          <w:tcPr>
            <w:tcW w:w="1439" w:type="dxa"/>
            <w:vAlign w:val="center"/>
          </w:tcPr>
          <w:p w14:paraId="5A3EF1C3" w14:textId="77777777" w:rsidR="009E2F13" w:rsidRPr="009E2F13" w:rsidRDefault="009E2F13" w:rsidP="009E2F13">
            <w:pPr>
              <w:pStyle w:val="TableParagraph"/>
              <w:ind w:left="10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E2F13">
              <w:rPr>
                <w:rFonts w:ascii="標楷體" w:eastAsia="標楷體" w:hAnsi="標楷體" w:hint="eastAsia"/>
                <w:sz w:val="24"/>
                <w:szCs w:val="24"/>
              </w:rPr>
              <w:t xml:space="preserve">  職稱</w:t>
            </w:r>
          </w:p>
        </w:tc>
        <w:tc>
          <w:tcPr>
            <w:tcW w:w="7213" w:type="dxa"/>
            <w:gridSpan w:val="3"/>
          </w:tcPr>
          <w:p w14:paraId="3BCD9EDB" w14:textId="77777777" w:rsidR="009E2F13" w:rsidRPr="009E2F13" w:rsidRDefault="009E2F13" w:rsidP="009E2F13">
            <w:pPr>
              <w:pStyle w:val="TableParagraph"/>
              <w:tabs>
                <w:tab w:val="left" w:pos="2565"/>
              </w:tabs>
              <w:spacing w:line="328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E2F13">
              <w:rPr>
                <w:rFonts w:hint="eastAsia"/>
                <w:sz w:val="24"/>
                <w:szCs w:val="24"/>
              </w:rPr>
              <w:t xml:space="preserve">□ </w:t>
            </w:r>
            <w:r w:rsidRPr="009E2F13">
              <w:rPr>
                <w:rFonts w:ascii="標楷體" w:eastAsia="標楷體" w:hAnsi="標楷體" w:hint="eastAsia"/>
                <w:sz w:val="24"/>
                <w:szCs w:val="24"/>
              </w:rPr>
              <w:t>專任</w:t>
            </w:r>
          </w:p>
          <w:p w14:paraId="5A54094E" w14:textId="77777777" w:rsidR="009E2F13" w:rsidRPr="009E2F13" w:rsidRDefault="009E2F13" w:rsidP="009E2F13">
            <w:pPr>
              <w:pStyle w:val="TableParagraph"/>
              <w:tabs>
                <w:tab w:val="left" w:pos="2565"/>
              </w:tabs>
              <w:spacing w:line="328" w:lineRule="exact"/>
              <w:jc w:val="both"/>
              <w:rPr>
                <w:sz w:val="24"/>
                <w:szCs w:val="24"/>
              </w:rPr>
            </w:pPr>
            <w:r w:rsidRPr="009E2F13">
              <w:rPr>
                <w:rFonts w:hint="eastAsia"/>
                <w:sz w:val="24"/>
                <w:szCs w:val="24"/>
              </w:rPr>
              <w:t xml:space="preserve">□ </w:t>
            </w:r>
            <w:r w:rsidRPr="009E2F13">
              <w:rPr>
                <w:rFonts w:ascii="標楷體" w:eastAsia="標楷體" w:hAnsi="標楷體" w:hint="eastAsia"/>
                <w:sz w:val="24"/>
                <w:szCs w:val="24"/>
              </w:rPr>
              <w:t>兼任</w:t>
            </w:r>
          </w:p>
        </w:tc>
      </w:tr>
      <w:tr w:rsidR="00AC0A5A" w:rsidRPr="009E2F13" w14:paraId="092B4E64" w14:textId="77777777" w:rsidTr="004D5CA4">
        <w:trPr>
          <w:trHeight w:val="680"/>
        </w:trPr>
        <w:tc>
          <w:tcPr>
            <w:tcW w:w="1439" w:type="dxa"/>
            <w:vAlign w:val="center"/>
          </w:tcPr>
          <w:p w14:paraId="3168A188" w14:textId="4F7394FC" w:rsidR="00AC0A5A" w:rsidRPr="009E2F13" w:rsidRDefault="00AC0A5A" w:rsidP="00AC0A5A">
            <w:pPr>
              <w:pStyle w:val="TableParagraph"/>
              <w:ind w:left="102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名字(英文)</w:t>
            </w:r>
          </w:p>
        </w:tc>
        <w:tc>
          <w:tcPr>
            <w:tcW w:w="2914" w:type="dxa"/>
            <w:vAlign w:val="center"/>
          </w:tcPr>
          <w:p w14:paraId="67CC9645" w14:textId="77777777" w:rsidR="00AC0A5A" w:rsidRPr="009E2F13" w:rsidRDefault="00AC0A5A" w:rsidP="00AC0A5A">
            <w:pPr>
              <w:pStyle w:val="TableParagraph"/>
              <w:spacing w:line="328" w:lineRule="exact"/>
              <w:ind w:leftChars="14" w:left="31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15" w:type="dxa"/>
            <w:vAlign w:val="center"/>
          </w:tcPr>
          <w:p w14:paraId="385674D3" w14:textId="209692BC" w:rsidR="00AC0A5A" w:rsidRPr="00AC0A5A" w:rsidRDefault="00AC0A5A" w:rsidP="00AC0A5A">
            <w:pPr>
              <w:tabs>
                <w:tab w:val="left" w:pos="965"/>
                <w:tab w:val="left" w:pos="6600"/>
              </w:tabs>
              <w:jc w:val="center"/>
              <w:rPr>
                <w:rFonts w:ascii="標楷體" w:eastAsia="標楷體" w:hAnsi="標楷體" w:cs="細明體_HKSCS"/>
                <w:sz w:val="24"/>
                <w:szCs w:val="24"/>
                <w:lang w:eastAsia="zh-TW"/>
              </w:rPr>
            </w:pPr>
            <w:r w:rsidRPr="00AC0A5A">
              <w:rPr>
                <w:rFonts w:ascii="標楷體" w:eastAsia="標楷體" w:hAnsi="標楷體" w:cs="細明體_HKSCS" w:hint="eastAsia"/>
                <w:sz w:val="24"/>
                <w:szCs w:val="24"/>
                <w:lang w:eastAsia="zh-TW"/>
              </w:rPr>
              <w:t>姓氏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</w:t>
            </w:r>
            <w:proofErr w:type="spellStart"/>
            <w:r>
              <w:rPr>
                <w:rFonts w:ascii="標楷體" w:eastAsia="標楷體" w:hAnsi="標楷體" w:hint="eastAsia"/>
                <w:sz w:val="24"/>
                <w:szCs w:val="24"/>
              </w:rPr>
              <w:t>英文</w:t>
            </w:r>
            <w:proofErr w:type="spell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384" w:type="dxa"/>
            <w:vAlign w:val="center"/>
          </w:tcPr>
          <w:p w14:paraId="094DCFD8" w14:textId="0FFB5772" w:rsidR="00AC0A5A" w:rsidRPr="00AC0A5A" w:rsidRDefault="00AC0A5A" w:rsidP="00AC0A5A">
            <w:pPr>
              <w:tabs>
                <w:tab w:val="left" w:pos="6600"/>
              </w:tabs>
              <w:jc w:val="center"/>
              <w:rPr>
                <w:rFonts w:ascii="標楷體" w:eastAsia="標楷體" w:hAnsi="標楷體" w:cs="細明體_HKSCS"/>
                <w:sz w:val="24"/>
                <w:szCs w:val="24"/>
                <w:lang w:eastAsia="zh-TW"/>
              </w:rPr>
            </w:pPr>
          </w:p>
        </w:tc>
      </w:tr>
      <w:tr w:rsidR="009E2F13" w:rsidRPr="009E2F13" w14:paraId="1CE81DE1" w14:textId="77777777" w:rsidTr="004D5CA4">
        <w:trPr>
          <w:trHeight w:val="680"/>
        </w:trPr>
        <w:tc>
          <w:tcPr>
            <w:tcW w:w="1439" w:type="dxa"/>
            <w:vAlign w:val="center"/>
          </w:tcPr>
          <w:p w14:paraId="5D6AF94A" w14:textId="77777777" w:rsidR="009E2F13" w:rsidRPr="009E2F13" w:rsidRDefault="009E2F13" w:rsidP="009E2F13">
            <w:pPr>
              <w:pStyle w:val="TableParagraph"/>
              <w:ind w:left="10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E2F13">
              <w:rPr>
                <w:rFonts w:ascii="標楷體" w:eastAsia="標楷體" w:hAnsi="標楷體" w:hint="eastAsia"/>
                <w:sz w:val="24"/>
                <w:szCs w:val="24"/>
              </w:rPr>
              <w:t xml:space="preserve">  生日</w:t>
            </w:r>
          </w:p>
        </w:tc>
        <w:tc>
          <w:tcPr>
            <w:tcW w:w="7213" w:type="dxa"/>
            <w:gridSpan w:val="3"/>
            <w:vAlign w:val="center"/>
          </w:tcPr>
          <w:p w14:paraId="6BEA771A" w14:textId="77777777" w:rsidR="009E2F13" w:rsidRPr="009E2F13" w:rsidRDefault="009E2F13" w:rsidP="009E2F13">
            <w:pPr>
              <w:pStyle w:val="TableParagraph"/>
              <w:ind w:left="10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E2F13">
              <w:rPr>
                <w:rFonts w:ascii="標楷體" w:eastAsia="標楷體" w:hAnsi="標楷體" w:hint="eastAsia"/>
                <w:sz w:val="24"/>
                <w:szCs w:val="24"/>
              </w:rPr>
              <w:t>(西元年)       /       /</w:t>
            </w:r>
          </w:p>
        </w:tc>
      </w:tr>
      <w:tr w:rsidR="009E2F13" w:rsidRPr="009E2F13" w14:paraId="538ECB1F" w14:textId="77777777" w:rsidTr="004D5CA4">
        <w:trPr>
          <w:trHeight w:val="694"/>
        </w:trPr>
        <w:tc>
          <w:tcPr>
            <w:tcW w:w="1439" w:type="dxa"/>
            <w:vAlign w:val="center"/>
          </w:tcPr>
          <w:p w14:paraId="0FCEF6EA" w14:textId="77777777" w:rsidR="009E2F13" w:rsidRPr="009E2F13" w:rsidRDefault="009E2F13" w:rsidP="009E2F13">
            <w:pPr>
              <w:pStyle w:val="TableParagraph"/>
              <w:ind w:left="10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E2F13">
              <w:rPr>
                <w:rFonts w:ascii="標楷體" w:eastAsia="標楷體" w:hAnsi="標楷體" w:hint="eastAsia"/>
                <w:sz w:val="24"/>
                <w:szCs w:val="24"/>
              </w:rPr>
              <w:t xml:space="preserve"> LINE ID</w:t>
            </w:r>
          </w:p>
        </w:tc>
        <w:tc>
          <w:tcPr>
            <w:tcW w:w="7213" w:type="dxa"/>
            <w:gridSpan w:val="3"/>
          </w:tcPr>
          <w:p w14:paraId="11E32F00" w14:textId="77777777" w:rsidR="009E2F13" w:rsidRPr="009E2F13" w:rsidRDefault="009E2F13" w:rsidP="009E2F13">
            <w:pPr>
              <w:pStyle w:val="TableParagraph"/>
              <w:ind w:left="96"/>
              <w:rPr>
                <w:rFonts w:ascii="標楷體" w:eastAsia="標楷體" w:hAnsi="標楷體"/>
                <w:sz w:val="24"/>
                <w:szCs w:val="24"/>
              </w:rPr>
            </w:pPr>
            <w:r w:rsidRPr="009E2F13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</w:p>
        </w:tc>
      </w:tr>
      <w:tr w:rsidR="009E2F13" w:rsidRPr="009E2F13" w14:paraId="1E0FD88F" w14:textId="77777777" w:rsidTr="004D5CA4">
        <w:trPr>
          <w:trHeight w:val="694"/>
        </w:trPr>
        <w:tc>
          <w:tcPr>
            <w:tcW w:w="1439" w:type="dxa"/>
            <w:vAlign w:val="center"/>
          </w:tcPr>
          <w:p w14:paraId="28133FFA" w14:textId="77777777" w:rsidR="009E2F13" w:rsidRPr="009E2F13" w:rsidRDefault="009E2F13" w:rsidP="009E2F13">
            <w:pPr>
              <w:pStyle w:val="TableParagraph"/>
              <w:ind w:left="10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E2F13">
              <w:rPr>
                <w:rFonts w:ascii="標楷體" w:eastAsia="標楷體" w:hAnsi="標楷體" w:hint="eastAsia"/>
                <w:sz w:val="24"/>
                <w:szCs w:val="24"/>
              </w:rPr>
              <w:t>手機號碼</w:t>
            </w:r>
          </w:p>
        </w:tc>
        <w:tc>
          <w:tcPr>
            <w:tcW w:w="7213" w:type="dxa"/>
            <w:gridSpan w:val="3"/>
          </w:tcPr>
          <w:p w14:paraId="058A19E3" w14:textId="77777777" w:rsidR="009E2F13" w:rsidRPr="009E2F13" w:rsidRDefault="009E2F13" w:rsidP="009E2F13">
            <w:pPr>
              <w:pStyle w:val="TableParagraph"/>
              <w:ind w:left="96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E2F13" w:rsidRPr="009E2F13" w14:paraId="7A7013BC" w14:textId="77777777" w:rsidTr="004D5CA4">
        <w:trPr>
          <w:trHeight w:val="606"/>
        </w:trPr>
        <w:tc>
          <w:tcPr>
            <w:tcW w:w="1439" w:type="dxa"/>
            <w:vAlign w:val="center"/>
          </w:tcPr>
          <w:p w14:paraId="60F3972D" w14:textId="77777777" w:rsidR="009E2F13" w:rsidRPr="009E2F13" w:rsidRDefault="009E2F13" w:rsidP="009E2F13">
            <w:pPr>
              <w:pStyle w:val="TableParagraph"/>
              <w:ind w:left="10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E2F13">
              <w:rPr>
                <w:rFonts w:ascii="標楷體" w:eastAsia="標楷體" w:hAnsi="標楷體" w:hint="eastAsia"/>
                <w:sz w:val="24"/>
                <w:szCs w:val="24"/>
              </w:rPr>
              <w:t xml:space="preserve"> 電子郵件</w:t>
            </w:r>
          </w:p>
        </w:tc>
        <w:tc>
          <w:tcPr>
            <w:tcW w:w="7213" w:type="dxa"/>
            <w:gridSpan w:val="3"/>
          </w:tcPr>
          <w:p w14:paraId="7BFB8025" w14:textId="77777777" w:rsidR="009E2F13" w:rsidRPr="009E2F13" w:rsidRDefault="009E2F13" w:rsidP="009E2F13">
            <w:pPr>
              <w:pStyle w:val="TableParagraph"/>
              <w:ind w:left="96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E2F13" w:rsidRPr="009E2F13" w14:paraId="6AF07D7B" w14:textId="77777777" w:rsidTr="004D5CA4">
        <w:trPr>
          <w:trHeight w:val="690"/>
        </w:trPr>
        <w:tc>
          <w:tcPr>
            <w:tcW w:w="1439" w:type="dxa"/>
            <w:vAlign w:val="center"/>
          </w:tcPr>
          <w:p w14:paraId="38B1FCB9" w14:textId="77777777" w:rsidR="009E2F13" w:rsidRPr="009E2F13" w:rsidRDefault="009E2F13" w:rsidP="009E2F13">
            <w:pPr>
              <w:pStyle w:val="TableParagraph"/>
              <w:ind w:left="10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E2F13">
              <w:rPr>
                <w:rFonts w:ascii="標楷體" w:eastAsia="標楷體" w:hAnsi="標楷體" w:hint="eastAsia"/>
                <w:sz w:val="24"/>
                <w:szCs w:val="24"/>
              </w:rPr>
              <w:t xml:space="preserve"> 住家地址</w:t>
            </w:r>
          </w:p>
        </w:tc>
        <w:tc>
          <w:tcPr>
            <w:tcW w:w="7213" w:type="dxa"/>
            <w:gridSpan w:val="3"/>
          </w:tcPr>
          <w:p w14:paraId="1F390E90" w14:textId="77777777" w:rsidR="009E2F13" w:rsidRPr="009E2F13" w:rsidRDefault="009E2F13" w:rsidP="009E2F13">
            <w:pPr>
              <w:pStyle w:val="TableParagraph"/>
              <w:ind w:left="96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0C244886" w14:textId="77777777" w:rsidR="005F2A02" w:rsidRPr="00BB740B" w:rsidRDefault="00000000" w:rsidP="005F2A02">
      <w:pPr>
        <w:spacing w:before="113"/>
        <w:ind w:rightChars="37" w:right="81"/>
        <w:jc w:val="both"/>
        <w:rPr>
          <w:rFonts w:ascii="標楷體" w:eastAsia="標楷體" w:hAnsi="標楷體"/>
          <w:spacing w:val="-14"/>
          <w:sz w:val="24"/>
          <w:szCs w:val="20"/>
          <w:lang w:eastAsia="zh-TW"/>
        </w:rPr>
      </w:pPr>
      <w:r>
        <w:rPr>
          <w:lang w:eastAsia="zh-TW"/>
        </w:rPr>
        <w:br/>
      </w:r>
      <w:r w:rsidR="005F2A02"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 xml:space="preserve">1. 持續與 SDSU 教授進行專業課程發展 </w:t>
      </w:r>
    </w:p>
    <w:p w14:paraId="66FEF83F" w14:textId="77777777" w:rsidR="005F2A02" w:rsidRPr="00BB740B" w:rsidRDefault="005F2A02" w:rsidP="005F2A02">
      <w:pPr>
        <w:spacing w:before="113"/>
        <w:ind w:rightChars="37" w:right="81"/>
        <w:jc w:val="both"/>
        <w:rPr>
          <w:rFonts w:ascii="標楷體" w:eastAsia="標楷體" w:hAnsi="標楷體"/>
          <w:spacing w:val="-14"/>
          <w:sz w:val="24"/>
          <w:szCs w:val="20"/>
          <w:lang w:eastAsia="zh-TW"/>
        </w:rPr>
      </w:pPr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 xml:space="preserve">2. 擔任 EMI 顧問教師 </w:t>
      </w:r>
    </w:p>
    <w:p w14:paraId="5E86723C" w14:textId="77777777" w:rsidR="005F2A02" w:rsidRPr="00BB740B" w:rsidRDefault="005F2A02" w:rsidP="005F2A02">
      <w:pPr>
        <w:spacing w:before="113"/>
        <w:ind w:rightChars="37" w:right="81"/>
        <w:jc w:val="both"/>
        <w:rPr>
          <w:rFonts w:ascii="標楷體" w:eastAsia="標楷體" w:hAnsi="標楷體"/>
          <w:spacing w:val="-14"/>
          <w:sz w:val="24"/>
          <w:szCs w:val="20"/>
          <w:lang w:eastAsia="zh-TW"/>
        </w:rPr>
      </w:pPr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>3. 擔任 EMI 工作坊講師</w:t>
      </w:r>
    </w:p>
    <w:p w14:paraId="66D95078" w14:textId="77777777" w:rsidR="005F2A02" w:rsidRPr="00BB740B" w:rsidRDefault="005F2A02" w:rsidP="005F2A02">
      <w:pPr>
        <w:spacing w:before="113"/>
        <w:ind w:rightChars="37" w:right="81"/>
        <w:jc w:val="both"/>
        <w:rPr>
          <w:rFonts w:ascii="標楷體" w:eastAsia="標楷體" w:hAnsi="標楷體"/>
          <w:spacing w:val="-14"/>
          <w:sz w:val="24"/>
          <w:szCs w:val="20"/>
          <w:lang w:eastAsia="zh-TW"/>
        </w:rPr>
      </w:pPr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>4. 擔任公開</w:t>
      </w:r>
      <w:proofErr w:type="gramStart"/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>觀課的議課</w:t>
      </w:r>
      <w:proofErr w:type="gramEnd"/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 xml:space="preserve">老師 </w:t>
      </w:r>
    </w:p>
    <w:p w14:paraId="39F10248" w14:textId="77777777" w:rsidR="005F2A02" w:rsidRPr="00BB740B" w:rsidRDefault="005F2A02" w:rsidP="005F2A02">
      <w:pPr>
        <w:spacing w:before="113"/>
        <w:ind w:rightChars="37" w:right="81"/>
        <w:jc w:val="both"/>
        <w:rPr>
          <w:rFonts w:ascii="標楷體" w:eastAsia="標楷體" w:hAnsi="標楷體"/>
          <w:spacing w:val="-14"/>
          <w:sz w:val="24"/>
          <w:szCs w:val="20"/>
          <w:lang w:eastAsia="zh-TW"/>
        </w:rPr>
      </w:pPr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 xml:space="preserve">5. 參與成果發表會 </w:t>
      </w:r>
    </w:p>
    <w:p w14:paraId="6DF15334" w14:textId="77777777" w:rsidR="005F2A02" w:rsidRPr="00BB740B" w:rsidRDefault="005F2A02" w:rsidP="005F2A02">
      <w:pPr>
        <w:spacing w:before="113"/>
        <w:ind w:rightChars="37" w:right="81"/>
        <w:jc w:val="both"/>
        <w:rPr>
          <w:rFonts w:ascii="標楷體" w:eastAsia="標楷體" w:hAnsi="標楷體"/>
          <w:spacing w:val="-14"/>
          <w:sz w:val="24"/>
          <w:szCs w:val="20"/>
          <w:lang w:eastAsia="zh-TW"/>
        </w:rPr>
      </w:pPr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 xml:space="preserve">6. </w:t>
      </w:r>
      <w:proofErr w:type="gramStart"/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>一</w:t>
      </w:r>
      <w:proofErr w:type="gramEnd"/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 xml:space="preserve">年內參與本中心計畫組成跨校 EMI 專業教師社群 </w:t>
      </w:r>
    </w:p>
    <w:p w14:paraId="5E11E3EE" w14:textId="77777777" w:rsidR="005F2A02" w:rsidRPr="00BB740B" w:rsidRDefault="005F2A02" w:rsidP="005F2A02">
      <w:pPr>
        <w:spacing w:before="113"/>
        <w:ind w:rightChars="37" w:right="81"/>
        <w:jc w:val="both"/>
        <w:rPr>
          <w:rFonts w:ascii="標楷體" w:eastAsia="標楷體" w:hAnsi="標楷體"/>
          <w:spacing w:val="-14"/>
          <w:sz w:val="24"/>
          <w:szCs w:val="20"/>
          <w:lang w:eastAsia="zh-TW"/>
        </w:rPr>
      </w:pPr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>7. 11</w:t>
      </w:r>
      <w:r w:rsidRPr="00BB740B">
        <w:rPr>
          <w:rFonts w:ascii="標楷體" w:eastAsia="標楷體" w:hAnsi="標楷體" w:hint="eastAsia"/>
          <w:spacing w:val="-14"/>
          <w:sz w:val="24"/>
          <w:szCs w:val="20"/>
          <w:lang w:eastAsia="zh-TW"/>
        </w:rPr>
        <w:t>5</w:t>
      </w:r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 xml:space="preserve"> </w:t>
      </w:r>
      <w:proofErr w:type="gramStart"/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>學年度第</w:t>
      </w:r>
      <w:proofErr w:type="gramEnd"/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 xml:space="preserve"> 2 學期開設全英語課程至少1門 </w:t>
      </w:r>
    </w:p>
    <w:p w14:paraId="6F620CFB" w14:textId="77777777" w:rsidR="005F2A02" w:rsidRPr="00BB740B" w:rsidRDefault="005F2A02" w:rsidP="005F2A02">
      <w:pPr>
        <w:spacing w:before="113"/>
        <w:ind w:rightChars="37" w:right="81"/>
        <w:jc w:val="both"/>
        <w:rPr>
          <w:rFonts w:ascii="標楷體" w:eastAsia="標楷體" w:hAnsi="標楷體"/>
          <w:spacing w:val="-14"/>
          <w:sz w:val="24"/>
          <w:szCs w:val="20"/>
          <w:lang w:eastAsia="zh-TW"/>
        </w:rPr>
      </w:pPr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>8. 支援</w:t>
      </w:r>
      <w:proofErr w:type="gramStart"/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>通識大</w:t>
      </w:r>
      <w:proofErr w:type="gramEnd"/>
      <w:r w:rsidRPr="00BB740B">
        <w:rPr>
          <w:rFonts w:ascii="標楷體" w:eastAsia="標楷體" w:hAnsi="標楷體"/>
          <w:spacing w:val="-14"/>
          <w:sz w:val="24"/>
          <w:szCs w:val="20"/>
          <w:lang w:eastAsia="zh-TW"/>
        </w:rPr>
        <w:t>二英文至少1門</w:t>
      </w:r>
    </w:p>
    <w:p w14:paraId="08397D2B" w14:textId="1F98EC20" w:rsidR="009E2F13" w:rsidRDefault="009E2F13">
      <w:pPr>
        <w:rPr>
          <w:rFonts w:ascii="新細明體" w:eastAsia="新細明體" w:hAnsi="新細明體"/>
          <w:lang w:eastAsia="zh-TW"/>
        </w:rPr>
      </w:pPr>
    </w:p>
    <w:p w14:paraId="3968B54B" w14:textId="77777777" w:rsidR="00E23EEB" w:rsidRDefault="00E23EEB">
      <w:pPr>
        <w:rPr>
          <w:rFonts w:ascii="新細明體" w:eastAsia="新細明體" w:hAnsi="新細明體"/>
          <w:lang w:eastAsia="zh-TW"/>
        </w:rPr>
      </w:pPr>
    </w:p>
    <w:p w14:paraId="56F81B95" w14:textId="77777777" w:rsidR="00BB740B" w:rsidRPr="005F2A02" w:rsidRDefault="00BB740B">
      <w:pPr>
        <w:rPr>
          <w:rFonts w:ascii="新細明體" w:eastAsia="新細明體" w:hAnsi="新細明體" w:hint="eastAsia"/>
          <w:lang w:eastAsia="zh-TW"/>
        </w:rPr>
      </w:pPr>
    </w:p>
    <w:p w14:paraId="206DDC79" w14:textId="20838735" w:rsidR="00A72477" w:rsidRDefault="00A72477">
      <w:r>
        <w:rPr>
          <w:rFonts w:ascii="新細明體" w:eastAsia="新細明體" w:hAnsi="新細明體" w:hint="eastAsia"/>
          <w:lang w:eastAsia="zh-TW"/>
        </w:rPr>
        <w:lastRenderedPageBreak/>
        <w:t>【</w:t>
      </w:r>
      <w:r>
        <w:t>Personal Information and Portrait Rights Consent Notice</w:t>
      </w:r>
      <w:r>
        <w:rPr>
          <w:rFonts w:ascii="新細明體" w:eastAsia="新細明體" w:hAnsi="新細明體" w:hint="eastAsia"/>
          <w:lang w:eastAsia="zh-TW"/>
        </w:rPr>
        <w:t>】</w:t>
      </w:r>
      <w:r>
        <w:br/>
      </w:r>
      <w:r>
        <w:br/>
        <w:t>The Bilingual Education Promotion Center, Office of Academic Affairs, Kainan University will collect, process, and use participants' personal information and image-related materials for the purpose of organizing this program.</w:t>
      </w:r>
      <w:r>
        <w:br/>
      </w:r>
      <w:r>
        <w:br/>
        <w:t>Purpose of Collection:</w:t>
      </w:r>
      <w:r>
        <w:br/>
        <w:t>To facilitate event registration, notifications, event documentation, and subsequent non-profit educational research and sharing activities.</w:t>
      </w:r>
      <w:r>
        <w:br/>
      </w:r>
      <w:r>
        <w:br/>
        <w:t>Sources of Collection:</w:t>
      </w:r>
      <w:r>
        <w:br/>
        <w:t>Information provided through the registration system, images and recordings captured during the event, and presentation materials provided by participants.</w:t>
      </w:r>
      <w:r>
        <w:br/>
      </w:r>
      <w:r>
        <w:br/>
        <w:t>Categories of Data Collected:</w:t>
      </w:r>
      <w:r>
        <w:br/>
        <w:t>Basic personal information including name, email address, affiliated institution, and identity information, as well as photographs, video recordings, audio recordings, and presentation materials collected during the event.</w:t>
      </w:r>
      <w:r>
        <w:br/>
      </w:r>
    </w:p>
    <w:p w14:paraId="2056BE6B" w14:textId="02ABC774" w:rsidR="00A72477" w:rsidRPr="00B63F4D" w:rsidRDefault="00A72477">
      <w:pPr>
        <w:rPr>
          <w:rFonts w:eastAsia="新細明體"/>
          <w:lang w:eastAsia="zh-TW"/>
        </w:rPr>
      </w:pPr>
    </w:p>
    <w:sectPr w:rsidR="00A72477" w:rsidRPr="00B63F4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0471792">
    <w:abstractNumId w:val="8"/>
  </w:num>
  <w:num w:numId="2" w16cid:durableId="1689333155">
    <w:abstractNumId w:val="6"/>
  </w:num>
  <w:num w:numId="3" w16cid:durableId="598804122">
    <w:abstractNumId w:val="5"/>
  </w:num>
  <w:num w:numId="4" w16cid:durableId="856624203">
    <w:abstractNumId w:val="4"/>
  </w:num>
  <w:num w:numId="5" w16cid:durableId="313069399">
    <w:abstractNumId w:val="7"/>
  </w:num>
  <w:num w:numId="6" w16cid:durableId="2025785445">
    <w:abstractNumId w:val="3"/>
  </w:num>
  <w:num w:numId="7" w16cid:durableId="28343042">
    <w:abstractNumId w:val="2"/>
  </w:num>
  <w:num w:numId="8" w16cid:durableId="503712359">
    <w:abstractNumId w:val="1"/>
  </w:num>
  <w:num w:numId="9" w16cid:durableId="668564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C220A"/>
    <w:rsid w:val="004D5CA4"/>
    <w:rsid w:val="005F2A02"/>
    <w:rsid w:val="00626A47"/>
    <w:rsid w:val="008C3BFA"/>
    <w:rsid w:val="009C14CB"/>
    <w:rsid w:val="009E2F13"/>
    <w:rsid w:val="00A72477"/>
    <w:rsid w:val="00AA1D8D"/>
    <w:rsid w:val="00AB008A"/>
    <w:rsid w:val="00AC0A5A"/>
    <w:rsid w:val="00AC3D7D"/>
    <w:rsid w:val="00B43FA4"/>
    <w:rsid w:val="00B47730"/>
    <w:rsid w:val="00B63F4D"/>
    <w:rsid w:val="00BB740B"/>
    <w:rsid w:val="00C61EFE"/>
    <w:rsid w:val="00C847FD"/>
    <w:rsid w:val="00CB0664"/>
    <w:rsid w:val="00D26BCC"/>
    <w:rsid w:val="00D40705"/>
    <w:rsid w:val="00E23EEB"/>
    <w:rsid w:val="00E257DB"/>
    <w:rsid w:val="00E6177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DE8FEA"/>
  <w14:defaultImageDpi w14:val="300"/>
  <w15:docId w15:val="{DF4F88BF-38B3-4122-AC95-9F4347911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leNormal">
    <w:name w:val="Table Normal"/>
    <w:uiPriority w:val="2"/>
    <w:semiHidden/>
    <w:unhideWhenUsed/>
    <w:qFormat/>
    <w:rsid w:val="00A72477"/>
    <w:pPr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A72477"/>
    <w:pPr>
      <w:spacing w:before="11" w:after="0" w:line="240" w:lineRule="auto"/>
    </w:pPr>
    <w:rPr>
      <w:rFonts w:ascii="細明體_HKSCS" w:eastAsia="細明體_HKSCS" w:hAnsi="細明體_HKSCS" w:cs="細明體_HKSCS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BEP</cp:lastModifiedBy>
  <cp:revision>18</cp:revision>
  <dcterms:created xsi:type="dcterms:W3CDTF">2013-12-23T23:15:00Z</dcterms:created>
  <dcterms:modified xsi:type="dcterms:W3CDTF">2026-06-25T06:13:00Z</dcterms:modified>
  <cp:category/>
</cp:coreProperties>
</file>